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היסטוריה בעת החדשה – מנאורות לציונות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היסטוריה בעת החדשה: מנאורות לציונות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הרעיונות המרכזיים של הנאורות ואת השפעתם על החברה באירופה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תהליך קבלת השוויון ליהודים ואת המחיר שנדרש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שלבי המהפכה התעשייתית והשפעתה על חיי האנשים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הזרמים השונים בציונות ואת ההתעוררות הלאומית הערבית באותה 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עידן הנאורות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נאורות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רכוש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רשויות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חברתית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סובלנות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עידן הנאורות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ג'ון לוק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למנוע מגורם אחד לצבור יותר מדי 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המהפכה המדעית – תצפית וניסוי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החוק צריך לבטא את רצון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שהוא האמין בזכותו של כל אדם לאמונה משלו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עידן הנאורות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זכות שיש לכל אדם מעצם היותו אדם, כמו הזכות לחיים, לחירות או לרכוש – לא משנה מי השליט.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שאף רשות לא תצבור כוח רב מדי ותוכל לפגוע בזכויות האזרחים ללא פיקוח.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– יש להתייחס לרעיון מרכזי של ההוגה ולנמק באופן אישי וענייני.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האמנציפציה: שוויון זכויות ליהודים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משמעות המושג בהקשר היהודי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היו עליהם הגבלות רבות, כמו מסים מיוחדים ואיסור על עיסוקים מסוימים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הכתב הקל על היהודים והתיר להם לימודים ועיסוקים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היהודים הספרדים-פורטוגזים קיבלו שוויון ב-1790, וכל יהודי צרפת רק ב-1791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האמנציפציה: שוויון זכויות ליהודים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(השנה שבה קיבלו כל יהודי צרפת שוויון זכויות מלא)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(קיסר אוסטריה שפרסם את כתב הסובלנות)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(אמר שליהודים כאומה אין לתת, וליהודים כבני אדם יש לתת הכול)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(כינס אספת נכבדים יהודית כדי לבחון את נאמנות היהודים)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(מדינה שבה היהודים לא קיבלו שוויון זכויות)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האמנציפציה: שוויון זכויות ליהודים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קבלת שוויון אזרחי מלא כיחידים, בתמורה לוויתור על האוטונומיה הקהילתית ועל זהות נפרדת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הקל על היהודים ואפשר להם ללמוד וללמד מקצועות חדשים, אך דרש מהם גם ללמוד בשפת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– יש להתייחס לרווח (שוויון וזכויות) ולמחיר (ויתור על נפרדות קהילתית)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בצרפת היהודים קיבלו שוויון זכויות מלא, ואילו ברוסיה היהודים לא קיבלו שוויון והמשיכו לסבול מהגבלות ורדיפות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המהפכה התעשייתית – הכרות ושינון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בריטניה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עבודה ידנית הוחלפה במכונות במפעלים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טקסטיל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ג'יימס וואט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מהכפר לעיר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המהפכה התעשייתית – יישום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המהפכה התעשייתית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לפחות שניים מתוך: פחם וברזל, הון ממסחר ומהאימפריה, בנקים ונמלים, שלטון יציב שעודד יזמות.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הכולל שעות עבודה רבות (12-14), תנאים קשים, סכנה למכונות, שכר נמוך.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שעות עבודה ארוכות, שכר נמוך, תנאי מגורים צפופים ולא בריאים בערים, עבודת ילדים.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תנועת ההשכלה היהודית – הכרות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המשכילים ביקשו לשלב ידע כללי יחד עם המורשת היהודית.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התחילה כבר בסוף המאה ה-18.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הייתה אחת המטרות המרכזיות של המשכילים.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חלקם חששו שהרעיונות החדשים יפגעו במסורת ובזהות הקהילה.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תנועת ההשכלה היהודית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לחבר בין מסורת יהודית לתרבות אירופית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מסוף המאה ה-18 עד סוף המאה ה-19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מקצועות כלליים כמו שפות, היסטוריה ומדעים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משכילים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הם חששו שהרעיונות החדשים יפגעו במסורת ובזהות היהודית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תנועת ההשכלה היהודית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משכילים מתחילים לכתוב ולתרגם טקסטים לשפות אירופיות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קמות אגודות משכילים ועיתונים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תנועת ההשכלה מתפשטת ממערב אירופה למזרח 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חלק מהיהודים המסורתיים מתנגדים לרעיונות החדשים ונוצר ויכוח בקהילה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זרמים בציונות והצביון הדתי ביישוב – הכרות עם העובדות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בנימין זאב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אחד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הרב ריינס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זרמים בציונות והצביון הדתי ביישוב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היישוב הישן, בערי הקודש, עסק בלימוד תורה והתקיים מתרומות יהודי התפוצות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תנועת העבודה הדגישה שוויון חברתי והתיישבות שיתופית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טירת צבי הראה שאפשר לשלב עבודת אדמה עם שמירת מצוות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זרמים בציונות והצביון הדתי ביישוב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(ציונות מדינית – הכרה בינלאומית לפני התיישבות)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(ציונות רוחנית – מרכז תרבות עברי)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(ציונות דתית – תורה וארץ ישראל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(חברה שוויונית וקיבוצים)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(מדינה וכוח הגנה יהודי)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זרמים בציונות והצביון הדתי ביישוב – השלמת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סטטוס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התעוררות הלאומיות הערבית –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השלטון העות'מאני נמשך מראשית המאה ה-16 עד תחילת המאה ה-20.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א-נהדה הייתה תנועה תרבותית - חידוש השפה הערבית, הוצאת עיתונים והקמת בתי ספר.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המרד פרץ ב-1916, בעיצומה של מלחמת העולם הראשונה.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הן קיבלו מנדטים - שליטה זמנית בפיקוח בין-לאומי.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שם פעלו בתי דפוס ובתי ספר חדשים שהפיצו את השפה והתרבות הערבית.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התעוררות הלאומיות הערבית – השלמת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א-נהדה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3. 1916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טורקיפיקציה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התעוררות הלאומיות הערבית – חשיבה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בשלב התרבותי התמקדו בחידוש השפה והספרות; בשלב הפוליטי דרשו זכויות ועצמאות מהשלטון.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כפיית שפה ותרבות טורקית עוררה התנגדות ותחושת זהות ערבית נפרדת וברורה 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למשל: תחילה חידוש שפה ועיתונים במאה ה-19, ורק מאוחר יותר - סוף המאה ה-19 ותחילת המאה ה-20 - דרישות פוליטיות והמרד ב-1916.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מכל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להפריד את השלטון לשלוש רשויות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1791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מנוע קיטור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לחבר בין המסורת היהודית לתרבות האירופית המודרנית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1921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א-נהדה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לחדש אותה ולהשתמש בה גם לנושאים חדשים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תבונה, זכויות טבעיות או סובלנות עם דוגמה מתאימה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מתייחסת לעיור, למכונות, לשעות עבודה או לתנאי הפועלים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משווה בין שתיים מהגישות: מדינית, מעשית, רוחנית או דתית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ללמד פרק אחד בכל שיעור לפי סדר הפרקים, ולסיים כל פרק בכרטיס יציאה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רמת הטקסט לפי הצורך: גרסת רגיל, חנ״מ או עולים לאותו 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לשלב את הסרטונים ואת משחקי החזרה בין שלבי התרגול הכתוב כדי לגוון את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בנושאים רגישים כמו זיכרון וזהות יש לאפשר לתלמידים לבחור אם להשתתף בשיח ולשמור על אווירה מכבדת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היסטוריה בעת החדשה – מנאורות לציונות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היסטוריה בעת החדשה: מנאורות לציונות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נלמד על תקופות היסטוריות חשובות. בכל פרק יש סיפור קצר ושאלות. עובדים פרק אחרי פרק, בשקט ובסדר.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נאורות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תנועת רעיונות שהאמינה בכוח השכל של האדם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זכויות טבעיות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זכויות שלכל אדם יש מעצם היותו אדם, כמו חיים וחירות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אמנציפציה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מתן שוויון זכויות ליהודים במדינות שבהן חיו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מהפכה תעשייתית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מייצור בידיים לייצור במכונות ובמפעלים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השכלה (הסקאלה)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שרצתה לחבר בין היהדות לתרבות האירופית המודרנית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התנועה הלאומית של העם היהודי שרצתה בית לאומי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 ישן ויישוב חדש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הקהילות הדתיות שגרו בארץ לפני הציונות, לעומת המתיישבים החדשים מהעליות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א-נהדה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של התעוררות תרבותית בשפה ובספרות הערבית במאה ה-19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מנדט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שלטון זמני של מדינה אחת על שטח, לרוב מטעם גוף בינלאומי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עידן הנאורות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תנועת ה__________ האמינה בכוח השכל של האדם.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ג'ון לוק טען שלכל אדם יש זכות טבעית לחיים, לחירות ול__________.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מונטסקייה הציע לחלק את השלטון לשלוש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רוסו כתב את הספר 'האמנה ה__________' בשנת 1762.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וולטר נאבק למען __________ דתית, כלומר כיבוד אנשים מדתות אחרות.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עידן הנאורות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אמר שיש לכולם זכות לחיים, לחירות ולרכוש?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וולטר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ג'ון לוק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רוסו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דידרו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מונטסקייה רצה לחלק את השלטון?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את כל הכוח למלך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למנוע מגורם אחד לצבור יותר מדי 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לבטל את בתי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לחזק את הכנסייה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מאיפה הגיע הרעיון שאפשר לחקור גם את החברה?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חלומות וניחושים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המהפכה המדעית – תצפית וניסוי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פקודות של מלכים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מסורת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רוסו חשב שהשלטון שייך לעם?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המלך ביקש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החוק צריך לבטא את רצון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כך היה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הכנסייה ציוותה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וולטר חשב על כיבוד דתות אחרות?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תמך ברדיפת דתות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שהוא האמין בזכותו של כל אדם לאמונה משלו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שהוא התנגד לחופש ביטוי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שהוא תמך רק בדת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עידן הנאורות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מהי 'זכות טבעית' לפי ג'ון לוק. תנו דוגמה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חשוב, לדעתכם, לחלק את השלטון לשלוש רשויות ולא לתת את כל הכוח לגורם אחד?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הוגה נאורות אחד (לוק, מונטסקייה, רוסו או וולטר) והסבירו באיזה רעיון שלו אתם מסכימים,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האמנציפציה: שוויון זכויות ליהודים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אמנציפציה פירושה מתן שוויון זכויות אזרחיות ופוליטיות ליהודים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האמנציפציה נהנו היהודים באירופה משוויון מלא עם שאר האזרחים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יוסף השני, קיסר אוסטריה, פרסם את כתב הסובלנות בשנת 1782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יהודי צרפת קיבלו שוויון זכויות מלא כבר בשנת 1789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האמנציפציה: שוויון זכויות ליהודים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1. 1791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קיסר אוסטריה שפרסם את כתב הסובלנות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יוסף השני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מדינה שבה היהודים לא קיבלו שוויון זכויות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קלרמון-טונר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השנה שבה קיבלו כל יהודי צרפת שוויון זכויות מלא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נפוליאון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אמר שליהודים כאומה אין לתת, וליהודים כבני אדם יש לתת הכול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רוסיה במאה ה-19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כינס אספת נכבדים יהודית כדי לבחון את נאמנות היהודים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האמנציפציה: שוויון זכויות ליהודים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מהי ה'עסקה' של האמנציפציה – מה היהודים קיבלו ומה נדרש מהם בתמורה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בקצרה מה כלל כתב הסובלנות של יוסף השני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לדעתכם, האם האמנציפציה הייתה 'עסקה הוגנת' ליהודים? הסבירו את עמדתכם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השוו בין מצב היהודים בצרפת אחרי 1791 לבין מצבם ברוסיה במאה ה-19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המהפכה התעשייתית – הכרות ושינון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התחילה המהפכה התעשייתית?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בריטניה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גרמניה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השתנה באופן הייצור?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עבודה ידנית הוחלפה במכונות במפעלים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מכונות הוחלפו בעבודה ידנית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הייצור נפסק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הכול יוצר רק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ענף היה הראשון שעבר למיכון?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שיפר את מנוע הקיטור?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ג'יימס וואט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אייזק ניוטון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גלילאו גליליי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ג'ון לוק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לאן עברו אנשים רבים בזמן המהפכה התעשייתית?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מהכפר לעיר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מהעיר לכפר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מאירופה לאסיה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עברו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המהפכה התעשייתית – יישום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מנוע הקיטור אפשר להפעיל מכונות גם הרחק מ-__________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הפועלים במפעלים עבדו בין 12 ל-__________ שעות ביום.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המהפכה התעשייתית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דווקא בריטניה הייתה הראשונה במהפכה התעשייתית (לפחות שני גורמים).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יום עבודה של ילד או ילדה שעבדו במפעל טקסטיל במאה ה-19.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היו הקשיים שגרמו לפועלים להתארגן ולדרוש שינוי?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תנועת ההשכלה היהודית – הכרות ראשונה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תנועת ההשכלה רצתה לחבר בין העולם היהודי המסורתי לבין התרבות האירופית.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תנועת ההשכלה התחילה במאה ה-20.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 ההשכלה רצו שילדים ילמדו גם מקצועות כלליים כמו שפות ומדעים.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היהודים המסורתיים תמכו מיד ברעיונות ההשכלה.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תנועת ההשכלה היהודית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הייתה המטרה של אנשי ההשכלה?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לחבר בין מסורת יהודית לתרבות אירופית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לבטל לגמרי את הדת היהודית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לחזור לחיות רק בכפרים נידחים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להפסיק כל לימוד בבתי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תקופה פעלה תנועת ההשכלה?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מסוף המאה ה-18 עד סוף המאה ה-19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במאה ה-21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לפני האימפריה הרומית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בשנה אחת, 1800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המשכילים רצו שילדים ילמדו בנוסף ללימודי קודש?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מקצועות כלליים כמו שפות, היסטוריה ומדעים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איסור מוחלט על לימוד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עוד שעות 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הפסקת כל לימוד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הכינוי של אנשי תנועת ההשכלה?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משכילים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משכילי הקבלה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חלק מהיהודים פחדו מהשינוי?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חששו שהרעיונות החדשים יפגעו במסורת ובזהות היהודית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לא רצו שילדים ילמדו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תמכו רק בתרבות אירופית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רצו לעבור לגור בעיר אחרת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תנועת ההשכלה היהודית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קמות אגודות משכילים ועיתונים בעברית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תנועת ההשכלה מתפשטת ממערב אירופה למזרח אירופה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מהיהודים המסורתיים מתנגדים לרעיונות החדשים ונוצר ויכוח בקהילה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משכילים מתחילים לכתוב ולתרגם טקסטים לשפות אירופיות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5 · זרמים בציונות והצביון הדתי ביישוב – הכרות עם העובדות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ארגן את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בנימין זאב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זאב ז'בוטינסקי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הרב יצחק יעקב ריינס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רצה מרכז תרבות עברי בארץ?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ריינס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ויצמן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עיר נערך הקונגרס הציוני הראשון, ב-1897?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הקים את תנועת 'המזרחי' ב-1902?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 קוק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הרב ריינס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ז'בוטינסקי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אחד העם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זרמים בציונות והצביון הדתי ביישוב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היישוב הישן היה ברובו דתי והתקיים בעיקר מכספי תרומות שנקראו 'החלוקה'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תנועת העבודה הציונית ביקשה להקים חברה שוויונית וקיבוצים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קיבוץ טירת צבי, שהוקם ב-1937, הוא דוגמה לקיבוץ דתי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זרמים בציונות והצביון הדתי ביישוב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חברה שוויונית וקיבוצים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אחד העם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מדינה וכוח הגנה יהודי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תנועת המזרחי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ציונות מדינית – הכרה בינלאומית לפני התיישבות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תנועת העבודה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ציונות רוחנית – מרכז תרבות עברי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ז'בוטינסקי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ציונות דתית – תורה וארץ ישראל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זרמים בציונות והצביון הדתי ביישוב – השלמת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בשנת השמיטה תרס"ט-תר"ע תמך הרב קוק ב'היתר __________', מכירה סמלית של הקרקע לנוכרי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מכתב ה'__________ קוו' משנת 1947 קבע הסכמות על שבת, כשרות, נישואין וחינוך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התעוררות הלאומיות הערבית –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האימפריה העות'מאנית שלטה בארצות ערביות רבות במשך כ-400 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תנועת א-נהדה עסקה בעיקר בבניית צבא ערבי חדש.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המרד הערבי הגדול נגד העות'מאנים פרץ בשנת 1916.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מלחמת העולם הראשונה קיבלו בריטניה וצרפת שליטה מלאה וסופית על הארצות הערביות.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ביירות וקהיר היו מרכזים חשובים של התעוררות תרבותית ערבית.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התעוררות הלאומיות הערבית – השלמת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תנועת ההתעוררות התרבותית הערבית במאה ה-19 נקראה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התפתחות התודעה הלאומית, הזהות המרכזית של תושבים רבים באימפריה העות'מאנית הייתה בעיקר __________ ומקומית.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בשנת __________ פרץ המרד הערבי הגדול נגד השלטון העות'מאני.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מהפכת 'הטורקים הצעירים' ב-1908 התחזקה מדיניות של ריכוזיות ו__________, ובתגובה התחזקה הלאומיות הערבית.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התעוררות הלאומיות הערבית – חשיבה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מה ההבדל בין שלב ההתעוררות התרבותית (א-נהדה) לבין שלב הדרישות הפוליטיות בלאומיות הערבית.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מדיניות הטורקיפיקציה אחרי 1908 חיזקה דווקא את הלאומיות הערבית, ולא החלישה אותה?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שתי דוגמאות לכך שהמעבר מהתעוררות תרבותית ללאומיות פוליטית ארך זמן ולא קרה בבת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מכל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הציע מונטסקייה כדי שהשלטון לא יהיה חזק מדי?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לשלטון שליטה מלאה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להפריד את השלטון לשלוש רשויות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לבטל את השלטון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לתת את השלטון לכנסייה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קיבלו יהודי צרפת שוויון זכויות?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1789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1791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1806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הניע את המכונות החדשות?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מנוע קיטור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רצו אנשי ההשכלה?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לבודד את היהודים מהעולם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לחבר בין המסורת היהודית לתרבות האירופית המודרנית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לבטל את השפה העברית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להפסיק ללמוד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כינס את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ויצמן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ריינס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קמה הרבנות הראשית?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1909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1921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1937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1947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שם ההתעוררות התרבותית הערבית?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אנציקלופדיה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א-נהדה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נאורות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אמנציפציה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רצו לעשות עם העברית?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לבטל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לחדש אותה ולהשתמש בה גם לנושאים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אותה ביידיש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להשאיר אותה רק לתפילה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להסביר במשפט אחד מה זאת נאורות ולתת דוגמה אחת לרעיון שלה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לתאר שינוי אחד שהמהפכה התעשייתית הביאה לחיי האנשים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לציין הבדל אחד בין שני זרמים בציונות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היסטוריה בעת החדשה: מנאורות לציונות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