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התקופות מהנאורות ועד הציונות ואת הקשרים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מפתח (אמנציפציה, השכלה, לאומיות, זרם ציוני) ולהסביר אותם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טקסט היסטורי קצר והפקת מידע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דיון מכבד בסוגיה רגישה כמו אמונה בשואה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עידן הנאורות והמהפכה התעשייתית – שליפת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המאה ה-18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ג'ון 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עידן הנאורות והמהפכה התעשייתית – אמת או 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עקרון הפרדת הרשויות מתוך 'רוח החוקים'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המהפכה התעשייתית החלה בבריטניה והתפשטה משם לארצות נוספות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עידן הנאורות והמהפכה התעשייתית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האמנה החברתית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מנוע הקיטור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דרלינגטון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עידן הנאורות והמהפכה התעשייתית – התאמת הוגים לרעיונות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(זכויות טבעיות: חיים, חירות ורכוש)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(הפרדת רשויות)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(סובלנות דתית וחופש 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(עריכת האנציקלופדיה)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(שיפור מנוע הקיטור)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אמנציפציה והשכלה יהודית – הכרות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- שחרור ושוויון זכויות.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הגבלות על עיסוקים, מסים מיוחדים ולעיתים חובת מגורים ברובע נפרד.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אמנציפציה והשכלה יהודית – תרגול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יוסף השני, קיסר אוסטריה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 מנדלסון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אמנציפציה והשכלה יהודית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אמנציפציה והשכלה יהודית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(1782)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(1790)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(1791)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(1806)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התעוררות הלאומיות הערבית – הכרות עם המושגים והאירועים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כ-400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בוטרוס אל-בוסתאני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מהפכת הטורקים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מנדטים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התעוררות הלאומיות הערבית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(שלב תרבותי של חידוש השפה והספרות הערבית)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(סופרים שהדגישו גאווה בשפה ובמורשת הערבית)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(הוגה שביקר את השלטון העות'מאני הריכוזי)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(מהפכת הטורקים הצעירים וחיזוק הטורקיפיקציה)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(פרץ המרד הערבי נגד העות'מאנים)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(קיבלו מנדטים על ארצות ערביות אחרי המלחמה)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התעוררות הלאומיות הערבית – חשיבה ולמידה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התמקד בשפה, בספרות, בעיתונים ובבתי ספר, ולא בדרישות מדיניות כמו עצמאות או ייצוג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אחריה התחזקה מדיניות ריכוזית וטורקיפיקציה שפגעה בזהות הערבית, ובתגובה קמו אגודות ותנועות לאומיות ערביות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אפשר לציין שההתעוררות התרבותית יצרה תחושת זהות וגאווה משותפת, שעליה נבנתה אחר כך הדרישה המדינית לעצמאות ולמרד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זרמים בציונות והצביון הדתי ביישוב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המזרחי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בארבע ערי הקודש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מכירה סמלית של הקרקע לנוכרי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זרמים בציונות והצביון הדתי ביישוב – התאמה בין זרם לרעיון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(הכרה בינלאומית ('צ'רטר') לפני התיישבות רחבה)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(התחלה מיידית בעלייה וברכישת קרקעות)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(מרכז רוחני ותרבות עברית מתחדשת)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(שילוב בין תורה ועבודה)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(ייצוג היהדות החרדית, לא תמיד בזרם הציוני)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זרמים בציונות והצביון הדתי ביישוב – חשיבה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התמקד בפעולה מדינית מהירה והכרה בינלאומית; אחד העם ראה בבעיה משבר תרבותי וזהותי וביקש קודם לחדש את התרבות העברית.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ויכוח על שמירת שבת בפומבי, ושאלת עבודת האדמה בשנת שמיטה (היתר המכירה).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ניסה ליצור פשרה בנושאי שבת, כשרות, נישואין וחינוך בין דתיים לחילונים; תשובה פתוחה הדורשת נימוק.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זיכרון החורבן לדורותיו – הכרת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בסוף המרד הגדול (66–73) כבש טיטוס את ירושלים ושרף את המקדש.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על פי האגדה הוא הוצא מהעיר בארון מתים, כדי לחמוק מהמצור.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זיכרון החורבן לדורותיו – הכרת העובדות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טיטוס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תן לי יבנה וחכמיה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זיכרון החורבן לדורותיו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שנאת 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זיכרון החורבן לדורותיו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(יום צום לזכר חורבן שני בתי המקדש)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(ביקש מהשליט הרומי לקבל את יבנה)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שאירע בפועל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(אגדה שמראה איך עלבון הוביל לאסון גדול)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דף שיח: אמונה בשואה ואחריה – כללי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נכתב שאין תשובה נכונה אחת, יש עמדות, רגשות ושאלות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אחד מכללי השיח הוא שהשיתוף הוא בחירה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הכלל אומר שמה שנאמר בכיתה נשאר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הכלל אומר להקשיב עד הסוף, בלי לקטוע ובלי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מכללי השיח המפורשים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דף שיח: אמונה בשואה ואחריה – מה אמרו בעדויות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נשאר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מוותר/ת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מדויק המבחין בין מושג לזכויות אזרחיות לבין תנועה תרבותית-חינוכית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כרונולוגי נכון עם הסבר קצר לקשר בין התקופות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לריבוי עמדות ולכבוד הדדי, בלי שיפוטיות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על פני כמה שיעורים, פרק אחד או שניים בכל פגישה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השיח על אמונה בשואה מומלץ להזכיר את כללי השיח ולתת זמן ביטוי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עולים עם עברית פשוטה ומילון בהקשה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החוברת כדאי לחזור על ציר הזמן המלא ולבקש מהתלמידים לקשר בין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 שעוקבים אחרי ציר הזמן מהנאורות ועד הציונות. עברו על כל פרק לפי הסדר, ענו על המשימות, ובסוף כל פרק בדקו את עצמכם מול כרטיס היציאה.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עידן הנאורות והמהפכה התעשייתית – שליפת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עידן הנאורות התפתח באירופה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המאה ה-15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המאה ה-18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המאה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מההוגים טען שלכל אדם יש זכות טבעית לחיים, לחירות ולרכוש?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דני דידרו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אייזק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ענף תעשייה עבר ראשון למיכון בבריטניה?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תחבורה ימית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עידן הנאורות והמהפכה התעשייתית – אמת או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מונטסקייה הציע לחלק את השלטון לשלוש רשויות: מחוקקת, מבצעת ושופטת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התעשייתית החלה בצרפת ורק אחר כך הגיעה לבריטניה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עידן הנאורות והמהפכה התעשייתית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ז'אן-ז'ק רוסו כתב את הספר __________ שבו טען שהריבונות שייכת לעם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ג'יימס וואט שיפר את ה__________ שהפעיל מכונות ורכבות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מסילת הברזל הראשונה לנוסעים נפתחה בין העיר סטוקטון לעיר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עידן הנאורות והמהפכה התעשייתית – התאמת הוגים לרעיונות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ג'ון לוק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עריכת האנציקלופדיה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מונטסקייה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שיפור מנוע הקיטור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וולטר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זכויות טבעיות: חיים, חירות ורכוש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דני דידרו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סובלנות דתית וחופש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ג'יימס וואט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הפרדת רשויות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אמנציפציה והשכלה יהודית – הכרות 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אמנציפציה פירושה מתן שוויון זכויות אזרחיות ופוליטיות ליהודים.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האמנציפציה יכלו היהודים באירופה לעסוק בכל עיסוק וללא הגבלות מגורים.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אמנציפציה והשכלה יהודית – תרגול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פרסם ב-1782 את 'כתב הסובלנות' שהקל על היהודים?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יוסף השני, קיסר אוסטריה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נפוליאון בונפרטה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הרוזן קלרמון-טונר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היה ההוגה שהוביל את תנועת ההשכלה בברלין ותרגם את התורה לגרמנית?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מונטסקייה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אמנציפציה והשכלה יהודית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__________ קיבלו כל יהודי צרפת שוויון זכויות מלא.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1789 התקיים באספה הלאומית הצרפתית ויכוח סוער על __________ היהודים.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אמנציפציה והשכלה יהודית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 הסובלנות של יוסף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1790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שוויון ליהודים הספרדים-פורטוגזים בצרפת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1806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שוויון מלא לכל יהודי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1782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אספת הנכבדים שכינס נפוליאון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1791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התעוררות הלאומיות הערבית – הכרות עם המושגים והאירועים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שנים בערך שלטו העות'מאנים בארצות ערביות 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כ-200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כ-400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כ-600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השלב הראשון, התרבותי, של ההתעוררות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הנהדה הלאומית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המרד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מהשניים הדגיש גאווה בשפה הערבית ובמורשת המשותפת?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בוטרוס אל-בוסתאני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ג'יימס וואט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בשנת 1908 והשפיע על הלאומיות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מהפכת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המרד הערבי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כיבוש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קיבלו בריטניה וצרפת בארצות הערביות אחרי מלחמת העולם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עצמאות מלאה לערבים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מנדטים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המשך שלטון עות'מאני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שותפות עם רוסיה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התעוררות הלאומיות הערבית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א-נהדה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קיבלו מנדטים על ארצות ערביות אחרי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בוטרוס אל-בוסתאני ונאסיף אל-יאזג'י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הוגה שביקר את השלטון העות'מאני הריכוזי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עבד אל-רחמן אל-כואכבי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שלב תרבותי של חידוש השפה והספרות הערבית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פרץ המרד הערבי נגד העות'מאנים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5. 1916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סופרים שהדגישו גאווה בשפה ובמורשת הערבית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בריטניה וצרפת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מהפכת הטורקים הצעירים וחיזוק הטורקיפיקציה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התעוררות הלאומיות הערבית – חשיבה ולמידה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השלב הראשון של ההתעוררות הערבית נקרא תרבותי ולא פוליטי.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מהפכת הטורקים הצעירים ב-1908 חיזקה בסופו של דבר את הלאומיות הערבית, למרות שבתחילה עוררה תקוות לשינוי?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הקשר, לדעתכם, בין ההתעוררות התרבותית (א-נהדה) לבין פריצת המרד הערבי ב-1916?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זרמים בציונות והצביון הדתי ביישוב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הקים את הציונות המדינית וכינס את הקונגרס הציוני הראשון בבזל ב-1897?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 קוק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טען שהבעיה המרכזית היא משבר התרבות והזהות, וביקש להקים 'מרכז רוחני'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תנועה דתית ציונית הקים הרב יצחק יעקב ריינס ב-1902?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אגודת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 המזרחי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פועלי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גרו בעיקר יהודי 'היישוב הישן' לפני הציונות?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בקיבוצים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בארבע ערי הקודש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במושבות חקלאיות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'היתר המכירה' שבו תמך הרב קוק בשנת השמיטה תרס"ט–תר"ע?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איסור מוחלט על עבודת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מכירה סמלית של הקרקע לנוכרי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מכירת קרקעות לערבים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שמירת השמיטה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זרמים בציונות והצביון הדתי ביישוב – התאמה בין זרם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 מדינית (הרצל)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שילוב בין תורה ועבודה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ציונות מעשית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ייצוג היהדות החרדית, לא תמיד בזרם הציוני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ציונות רוחנית (אחד העם)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התחלה מיידית בעלייה וברכישת קרקעות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המזרחי (ציונות דתית)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הכרה בינלאומית ('צ'רטר') לפני התיישבות רחבה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אגודת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מרכז רוחני ותרבות עברית מתחדשת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זרמים בציונות והצביון הדתי ביישוב – חשיבה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שלכם/ן מה ההבדל בין הגישה של הרצל (ציונות מדינית) לגישה של אחד העם (ציונות רוחנית).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נוצר מתח בין 'היישוב הישן' ל'יישוב החדש'? הביאו שתי דוגמאות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ניסה מכתב הסטטוס קוו מ-1947 להשיג, ולדעתכם האם פתרון כזה יכול להחזיק לאורך זמן?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זיכרון החורבן לדורותיו – הכרת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בשנת 70 לספירה חרב בית המקדש השני בידי הצבא הרומי.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רבן יוחנן בן זכאי יצא מירושלים הנצורה ברכב מלכותי בליווי חיילים.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זיכרון החורבן לדורותיו – הכרת העובדות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המצביא הרומי שבפיקודו נכבשה ירושלים בשנת 70?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יוליוס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נפוליאון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ביקש רבן יוחנן בן זכאי מהשליט הרומי, לפי האגדה?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תן לי יבנה וחכמיה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 לי את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תן לי צבא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תן לי כסף 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זיכרון החורבן לדורותיו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התלמוד, בית המקדש השני חרב בעיקר בגלל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החורבן הפכה __________ למרכז של לימוד תורה ופסיקה הלכתית.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זיכרון החורבן לדורותיו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תשעה באב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אגדה שמראה איך עלבון הוביל לאסון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רבן יוחנן בן זכאי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שאירע בפועל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ביקש מהשליט הרומי לקבל את יבנה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קמצא ובר קמצא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צום לזכר חורבן שני בתי המקדש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דף שיח: אמונה בשואה ואחריה – כללי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השיח יש תשובה אחת נכונה לשאלת האמונה בשואה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לתלמיד או לתלמידה לומר שהם מוותרים על שיתוף הפעם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שנאמר בשיעור אפשר לספר לכל מי שרוצים מחוץ לכיתה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כללי השיח, מותר לקטוע מישהו שמדבר כדי להגיד את הדעה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מכבדים גם מי שמאמינים וגם מי שאינם מאמינים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דף שיח: אמונה בשואה ואחריה – מה אמרו בעדויות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כלל השיח אומר שמה שנאמר בכיתה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מותר לומר 'אני __________ הפעם' כשלא רוצים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בעדות הקצרה שבדף, ניצול שואה שהיה ל__________ מספר איך ראה את האמונה שלו בתקופת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בעדות העוסקת בשמירה על מנהג, ניצולה מספרת איך משפחתה שמרה על __________ דתיים במחנות למרות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שמרגיש צורך לצאת לרגע מהשיעור או לדבר עם מבוגר, 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במילים שלי מה זו אמנציפציה ובמה היא שונה מהשכלה?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לסדר בציר זמן את הנאורות, המהפכה התעשייתית, ההשכלה והציונות?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למה אין תשובה אחת נכונה לשאלת האמונה בשואה?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בעת החדשה: מנאורות לציונות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